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אל האור – טקס 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מהלך טקס חנוכה ואת שמונת הערכים הקשורים לנרות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לזכור פרטים מסיפור המכבים ומנהגי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סמלי הסביבון והחנוכייה בטקס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כסלו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הזהות והמנהגים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לספר על כסלו, המכבים וטעמי 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 משתמשים בנרות LED כדי שכולם יהיו בטוחים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בטקס מספרים שבכסלו קוראים על יוסף שחלם חלומות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בארץ כתוב פא, ובחוץ לארץ כתוב שין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נאמר בחלק שמונה נרות שמונה 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כל כיתה מקבלת נר ערך מנייר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נרות וערכים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(אומץ)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(נתינה)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(אחדות)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(חוסן)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הטקס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שיר פתיחה 'סביבון סוב סוב סוב'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סיפור על חודש כסלו וחלומות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סיפור המכבים עם תנועות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הדלקת שמונה הנרות ואמירת הערכים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רגע הסביבון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סופגניות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המזכירה אחד מהערכים: אומץ, תקווה, נתינה, אחדות, חוסן, ענווה, הכרת תודה, אור לאחרים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את חלום יוסף או אומץ המכבים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בחירת ערך אחד מתוך הרשימה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הזכרת ארבע האותיות וסיפור נס גדול היה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הדף אחרי צפייה בחזרה על הטקס או קריאתו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לתת לתלמידים גם לצייר כרטיס ערך לכל נר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א'-ג' מומלץ להקריא את המשפטים בקול ולהוסיף תנועות גוף כמו בטקס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אל האור – טקס 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התכנים שלמדנו על טקס חנוכה: סיפור המכבים, שמונת הנרות והערכים שלהם, הסביבון ומנהגי החג.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חודש עברי חוגגים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דלק השמן בנס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אות מופיעה על הסביבון בארץ ישראל במקום שין?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 מה רצו המכבים להגן?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הזהות והמנהגים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האוצר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האדמה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הבית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תפקיד הקריינים בטקס?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לספר על כסלו, המכבים וטעמי החג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לשיר במקהלה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לנגן 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להדליק את כל הנרות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הנרות בטקס הם נרות שעווה אמיתיים עם אש.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כסלו נחשב לחודש של חלומות.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בארץ ישראל כתוב על הסביבון האות שין.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ילד שמדליק נר אומר משפט קצר על ערך.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בסיום הטקס כל כיתה מקבלת סביבון אמיתי מעץ.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נרות וערכים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נר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תקווה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נר 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אומץ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נר שלישי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אחדות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נר רביעי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חוסן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נר חמישי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נתינה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רגע הסביבון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פתיחה 'סביבון סוב סוב סוב'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הדלקת שמונה הנרות ואמירת הערכים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המכבים עם תנועות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על חודש כסלו וחלומות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הנר שמדליקים ראשון, לפני כל הנרות האחרים, נקרא נר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הקבוצה שנלחמה כדי לשמור על הזהות שלה נקראת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על הסביבון בארץ ישראל כתוב 'נס גדול היה 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הנר השני בטקס נקרא נר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בחנוכה אוכלים מאכל מטוגן עם ריבה שנקרא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משמונת הערכים מהטקס וכתבו משפט קצר למה הוא חשוב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שני דברים חדשים למדתם על חודש כסלו או על סיפור המכבים?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ערכים מבין שמונת הערכים הכי קרובים אליכם?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אתם זוכרים מתפקיד הסביבון בטקס?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אל האור – טקס 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