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טקס חנוכה ואת שמונת הערכים הקשורים לנרות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פרטים מסיפור המכבים ומנהגי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סמלי הסביבון והחנוכייה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הזהות והמנהגים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לספר על כסלו, המכבים וטעמי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 משתמשים בנרות LED כדי שכולם יהיו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 מספרים שבכסלו קוראים על יוסף שחלם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בארץ כתוב פא, ובחוץ לארץ כתוב 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בחלק שמונה נרות שמונה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 כיתה מקבלת נר ערך מנייר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נרות וערכים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שיר פתיחה 'סביבון סוב סוב סוב'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על חודש כסלו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המכבים עם 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שמונה הנרות ואמירת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רגע הסביבון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אחד מהערכים: אומץ, תקווה, נתינה, אחדות, חוסן, ענווה, הכרת תודה, אור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חלום יוסף או אומץ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ערך אחד מתוך 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ארבע האותיות וסיפור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אחרי צפייה בחזרה על הטקס או קריאתו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גם לצייר כרטיס ערך לכל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א'-ג' מומלץ להקריא את המשפטים בקול ולהוסיף תנועות גוף כמו בטקס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על חג חנוכה: הסיפור, הנרות, הערכים והסביבון.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שמוביל/ה את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קריין/ית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שמספר/ת את הסיפור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מדליק/ה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שמדליק נר בטקס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כל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עם שמן שמצאו המכבים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שנלחמה לשמור על הזהות והמנהגים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כמו אומץ או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יש על הסביבון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נלחמו המכבים?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הזהות והמנהגים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האוצר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האדמה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הקריינים?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על כסלו, המכבים וטעמי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את כל הנרות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הנרות בטקס הם נרות שעווה אמיתיים עם 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נחשב לחודש של חלומות.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בארץ ישראל כתוב על הסביבון האות שין.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שמדליק נר אומר משפט קצר על 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הטקס כל כיתה מקבלת סביבון אמיתי מעץ.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נרות וערכים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פתיחה 'סביבון סוב סוב סוב'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הסביבון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המכבים עם תנועות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חודש כסלו וחלומות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הדלקת שמונה הנרות ואמירת הערכים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הנר שמדליקים ראשון, לפני כל הנרות האחרים,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שנלחמה כדי לשמור על הזהות שלה נקראת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על הסביבון בארץ ישראל כתוב 'נס גדול היה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הנר השני בטקס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בחנוכה אוכלים מאכל מטוגן עם ריבה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מהטקס וכתבו משפט קצר 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דברים חדשים למדתם על חודש כסלו או על סיפור המכבים?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ערכים מבין שמונת הערכים הכי קרובים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זוכרים מתפקיד הסביבון בטקס?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האור – 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