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אל האור – 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מהלך טקס חנוכה ואת שמונת הערכים הקשורים לנרות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פרטים מסיפור המכבים ומנהגי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סמלי הסביבון והחנוכייה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 משתמשים בנרות LED כדי שכולם יהיו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בטקס מספרים שבכסלו קוראים על יוסף שחלם חלומות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נרות וערכים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שיר פתיחה 'סביבון סוב סוב סוב'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על חודש כסלו וחלומות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המכבים עם תנועות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הדלקת שמונה הנרות ואמירת הערכים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אחד מהערכים: אומץ, תקווה, נתינה, אחדות, חוסן, ענווה, הכרת תודה, אור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את חלום יוסף או אומץ המכבים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ערך אחד מתוך הרשימה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הזכרת ארבע האותיות וסיפור נס גדול היה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הדף אחרי צפייה בחזרה על הטקס או קריאתו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לתת לתלמידים גם לצייר כרטיס ערך לכל 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א'-ג' מומלץ להקריא את המשפטים בקול ולהוסיף תנועות גוף כמו בטקס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אל האור – טקס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התכנים שלמדנו על טקס חנוכה: סיפור המכבים, שמונת הנרות והערכים שלהם, הסביבון ומנהגי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מכבים  ·  שמש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עברי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ימים דלק השמן בנס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שבעה 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הנרות בטקס הם נרות שעווה אמיתיים עם אש.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כסלו נחשב לחודש של חלומות.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נרות וערכים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נתינה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נר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הדלקת שמונה הנרות ואמירת הערכים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 פתיחה 'סביבון סוב סוב סוב'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על חודש כסלו וחלומות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המכבים עם תנועות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הנר שמדליקים ראשון, לפני כל הנרות האחרים, נקרא נר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הקבוצה שנלחמה כדי לשמור על הזהות שלה נקראת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משמונת הערכים מהטקס וכתבו משפט קצר למה הוא חשוב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שני דברים חדשים למדתם על חודש כסלו או על סיפור המכבים?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ערכים מבין שמונת הערכים הכי קרובים אליכם?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אל האור – טקס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